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E856A" w14:textId="59F621BB" w:rsidR="003C58B9" w:rsidRDefault="00B97AAD">
      <w:pPr>
        <w:spacing w:after="20"/>
        <w:jc w:val="center"/>
      </w:pPr>
      <w:r>
        <w:rPr>
          <w:rFonts w:ascii="Aptos Display" w:hAnsi="Aptos Display"/>
          <w:b/>
          <w:color w:val="1F364C"/>
          <w:sz w:val="44"/>
        </w:rPr>
        <w:t>Jose Moreno</w:t>
      </w:r>
    </w:p>
    <w:p w14:paraId="6B10EAE1" w14:textId="77777777" w:rsidR="003C58B9" w:rsidRDefault="008B7EFA">
      <w:pPr>
        <w:jc w:val="center"/>
      </w:pPr>
      <w:r>
        <w:rPr>
          <w:b/>
          <w:color w:val="4B5E70"/>
          <w:sz w:val="20"/>
        </w:rPr>
        <w:t>VOICE ACTOR  |  CHARACTER VOICEOVER</w:t>
      </w:r>
    </w:p>
    <w:p w14:paraId="030F9C7F" w14:textId="242FEDAF" w:rsidR="003C58B9" w:rsidRDefault="008B7EFA">
      <w:pPr>
        <w:spacing w:after="100"/>
        <w:jc w:val="center"/>
      </w:pPr>
      <w:r>
        <w:t xml:space="preserve">Fort Worth, Texas  •  </w:t>
      </w:r>
      <w:r w:rsidR="006D45F4" w:rsidRPr="006D45F4">
        <w:rPr>
          <w:b/>
          <w:bCs/>
        </w:rPr>
        <w:t>josemoreno.voice@gmail.com</w:t>
      </w:r>
      <w:r>
        <w:t xml:space="preserve"> •  </w:t>
      </w:r>
      <w:r w:rsidR="006D45F4" w:rsidRPr="006D45F4">
        <w:t>www.thejosemoreno.com</w:t>
      </w:r>
    </w:p>
    <w:p w14:paraId="08F37734" w14:textId="77777777" w:rsidR="003C58B9" w:rsidRDefault="008B7EFA">
      <w:pPr>
        <w:pBdr>
          <w:bottom w:val="single" w:sz="5" w:space="1" w:color="7A91A5"/>
        </w:pBdr>
        <w:spacing w:before="100"/>
      </w:pPr>
      <w:r>
        <w:rPr>
          <w:b/>
          <w:color w:val="1F364C"/>
          <w:sz w:val="20"/>
        </w:rPr>
        <w:t>VOICE ACTING CREDITS</w:t>
      </w:r>
    </w:p>
    <w:p w14:paraId="7F30A8CE" w14:textId="1615755E" w:rsidR="003C58B9" w:rsidRDefault="00B97AAD">
      <w:pPr>
        <w:spacing w:after="20"/>
      </w:pPr>
      <w:r>
        <w:rPr>
          <w:b/>
        </w:rPr>
        <w:t>Fugue’s End: Main Cast Call</w:t>
      </w:r>
      <w:r w:rsidR="008B7EFA">
        <w:rPr>
          <w:b/>
        </w:rPr>
        <w:t xml:space="preserve"> — </w:t>
      </w:r>
      <w:r w:rsidR="008B7EFA">
        <w:t>Video game | Voice role</w:t>
      </w:r>
      <w:r>
        <w:t xml:space="preserve">: </w:t>
      </w:r>
      <w:r w:rsidRPr="00B97AAD">
        <w:rPr>
          <w:b/>
          <w:bCs/>
        </w:rPr>
        <w:t>Palkha - The Iron Commander</w:t>
      </w:r>
    </w:p>
    <w:p w14:paraId="08C8F066" w14:textId="081301B9" w:rsidR="003C58B9" w:rsidRDefault="00B97AAD">
      <w:pPr>
        <w:spacing w:after="20"/>
      </w:pPr>
      <w:proofErr w:type="spellStart"/>
      <w:r>
        <w:rPr>
          <w:b/>
        </w:rPr>
        <w:t>Dawnsbury</w:t>
      </w:r>
      <w:proofErr w:type="spellEnd"/>
      <w:r>
        <w:rPr>
          <w:b/>
        </w:rPr>
        <w:t xml:space="preserve"> Days: The Four-Leaf Clover</w:t>
      </w:r>
      <w:r w:rsidR="008B7EFA">
        <w:rPr>
          <w:b/>
        </w:rPr>
        <w:t xml:space="preserve"> — </w:t>
      </w:r>
      <w:r w:rsidRPr="00B97AAD">
        <w:t>Video game |</w:t>
      </w:r>
      <w:r>
        <w:t xml:space="preserve"> </w:t>
      </w:r>
      <w:proofErr w:type="spellStart"/>
      <w:r>
        <w:t>Algollthus</w:t>
      </w:r>
      <w:proofErr w:type="spellEnd"/>
    </w:p>
    <w:p w14:paraId="1FBB3047" w14:textId="72D3F960" w:rsidR="003C58B9" w:rsidRDefault="00B97AAD">
      <w:pPr>
        <w:spacing w:after="20"/>
      </w:pPr>
      <w:r>
        <w:rPr>
          <w:b/>
        </w:rPr>
        <w:t xml:space="preserve">Monster Kingdom – Comic Dub &amp; RPG Demo - </w:t>
      </w:r>
      <w:r>
        <w:t>Video game | Maximus</w:t>
      </w:r>
    </w:p>
    <w:p w14:paraId="6B37E89C" w14:textId="5B572024" w:rsidR="003C58B9" w:rsidRDefault="00B97AAD">
      <w:pPr>
        <w:spacing w:after="20"/>
      </w:pPr>
      <w:r w:rsidRPr="004272AD">
        <w:rPr>
          <w:b/>
          <w:bCs/>
        </w:rPr>
        <w:t>Battle of the Gods – A HALO Story</w:t>
      </w:r>
      <w:r>
        <w:t xml:space="preserve"> – Narrative Storytelling  | Alexander Petrov</w:t>
      </w:r>
    </w:p>
    <w:p w14:paraId="73F28100" w14:textId="428FB701" w:rsidR="00476CD7" w:rsidRDefault="00476CD7">
      <w:pPr>
        <w:spacing w:after="20"/>
      </w:pPr>
      <w:r w:rsidRPr="004272AD">
        <w:rPr>
          <w:b/>
          <w:bCs/>
        </w:rPr>
        <w:t>The Bastille</w:t>
      </w:r>
      <w:r>
        <w:t xml:space="preserve"> – Narrative Storytelling  | Kilgore</w:t>
      </w:r>
    </w:p>
    <w:p w14:paraId="113FB8DD" w14:textId="4A39AA64" w:rsidR="00476CD7" w:rsidRDefault="00476CD7">
      <w:pPr>
        <w:spacing w:after="20"/>
      </w:pPr>
      <w:r w:rsidRPr="004272AD">
        <w:rPr>
          <w:b/>
          <w:bCs/>
        </w:rPr>
        <w:t>Fear of Reptiles</w:t>
      </w:r>
      <w:r>
        <w:t xml:space="preserve"> – </w:t>
      </w:r>
      <w:r w:rsidRPr="00476CD7">
        <w:t>Narrati</w:t>
      </w:r>
      <w:r>
        <w:t xml:space="preserve">on </w:t>
      </w:r>
      <w:r w:rsidRPr="00476CD7">
        <w:t xml:space="preserve">| </w:t>
      </w:r>
      <w:r>
        <w:t>U.A.P.P. Training Narrator</w:t>
      </w:r>
    </w:p>
    <w:p w14:paraId="5AE39A30" w14:textId="77777777" w:rsidR="003C58B9" w:rsidRDefault="008B7EFA">
      <w:pPr>
        <w:pBdr>
          <w:bottom w:val="single" w:sz="5" w:space="1" w:color="7A91A5"/>
        </w:pBdr>
        <w:spacing w:before="100"/>
      </w:pPr>
      <w:r>
        <w:rPr>
          <w:b/>
          <w:color w:val="1F364C"/>
          <w:sz w:val="20"/>
        </w:rPr>
        <w:t>TRAINING &amp; COACHING</w:t>
      </w:r>
    </w:p>
    <w:p w14:paraId="689F0478" w14:textId="77777777" w:rsidR="003C58B9" w:rsidRDefault="008B7EFA">
      <w:pPr>
        <w:ind w:left="173" w:hanging="173"/>
      </w:pPr>
      <w:r>
        <w:rPr>
          <w:b/>
        </w:rPr>
        <w:t xml:space="preserve">• Voice Actor College — </w:t>
      </w:r>
      <w:r>
        <w:t>Voice acting training (started January 2026)</w:t>
      </w:r>
    </w:p>
    <w:p w14:paraId="377B520D" w14:textId="6D8EEBDA" w:rsidR="003C58B9" w:rsidRDefault="008B7EFA">
      <w:pPr>
        <w:ind w:left="173" w:hanging="173"/>
      </w:pPr>
      <w:r>
        <w:rPr>
          <w:b/>
        </w:rPr>
        <w:t xml:space="preserve">• Shawn Gann — </w:t>
      </w:r>
      <w:r>
        <w:t>Private coaching and workshop</w:t>
      </w:r>
      <w:r w:rsidR="00476CD7">
        <w:t xml:space="preserve"> (Bringing Anime to Life)</w:t>
      </w:r>
    </w:p>
    <w:p w14:paraId="11078A20" w14:textId="5D1E7B6B" w:rsidR="003C58B9" w:rsidRDefault="008B7EFA">
      <w:pPr>
        <w:ind w:left="173" w:hanging="173"/>
      </w:pPr>
      <w:r>
        <w:rPr>
          <w:b/>
        </w:rPr>
        <w:t xml:space="preserve">• Jason Lord — </w:t>
      </w:r>
      <w:r w:rsidR="00476CD7" w:rsidRPr="00476CD7">
        <w:t>Private coaching and workshop</w:t>
      </w:r>
      <w:r w:rsidR="00476CD7">
        <w:t xml:space="preserve"> ( Being Directable in Anime &amp; Audition Preparation)</w:t>
      </w:r>
    </w:p>
    <w:p w14:paraId="694AB973" w14:textId="754DD8D7" w:rsidR="003C58B9" w:rsidRDefault="008B7EFA">
      <w:pPr>
        <w:ind w:left="173" w:hanging="173"/>
      </w:pPr>
      <w:r>
        <w:rPr>
          <w:b/>
        </w:rPr>
        <w:t xml:space="preserve">• Mami Akado — </w:t>
      </w:r>
      <w:r>
        <w:t>Voice acting workshop</w:t>
      </w:r>
      <w:r w:rsidR="00476CD7">
        <w:t xml:space="preserve"> (Delivering Anime with a Bang)</w:t>
      </w:r>
    </w:p>
    <w:p w14:paraId="72B96A15" w14:textId="41397A08" w:rsidR="003C58B9" w:rsidRDefault="008B7EFA">
      <w:pPr>
        <w:ind w:left="173" w:hanging="173"/>
      </w:pPr>
      <w:r>
        <w:rPr>
          <w:b/>
        </w:rPr>
        <w:t xml:space="preserve">• Sirena Irwin — </w:t>
      </w:r>
      <w:r>
        <w:t>Voice acting workshop</w:t>
      </w:r>
      <w:r w:rsidR="00476CD7">
        <w:t xml:space="preserve"> (How to book work in Animation)</w:t>
      </w:r>
    </w:p>
    <w:p w14:paraId="4E27AAC1" w14:textId="0DDF6CD4" w:rsidR="003C58B9" w:rsidRDefault="008B7EFA">
      <w:pPr>
        <w:ind w:left="173" w:hanging="173"/>
      </w:pPr>
      <w:r>
        <w:rPr>
          <w:b/>
        </w:rPr>
        <w:t xml:space="preserve">• Marc Hawes — </w:t>
      </w:r>
      <w:r>
        <w:t>Voice acting workshop</w:t>
      </w:r>
      <w:r w:rsidR="00476CD7">
        <w:t xml:space="preserve"> (Move A’SIDE Obstacles and Book the Job)</w:t>
      </w:r>
    </w:p>
    <w:p w14:paraId="62CE8328" w14:textId="44616399" w:rsidR="003C58B9" w:rsidRDefault="008B7EFA">
      <w:pPr>
        <w:ind w:left="173" w:hanging="173"/>
      </w:pPr>
      <w:r>
        <w:rPr>
          <w:b/>
        </w:rPr>
        <w:t xml:space="preserve">• </w:t>
      </w:r>
      <w:r w:rsidR="00476CD7">
        <w:rPr>
          <w:b/>
        </w:rPr>
        <w:t>John Swasey</w:t>
      </w:r>
      <w:r>
        <w:rPr>
          <w:b/>
        </w:rPr>
        <w:t xml:space="preserve"> — </w:t>
      </w:r>
      <w:r w:rsidR="00476CD7">
        <w:t>Voice Acting Workshop (The Anime Power Up)</w:t>
      </w:r>
    </w:p>
    <w:p w14:paraId="278A7597" w14:textId="77777777" w:rsidR="003C58B9" w:rsidRDefault="008B7EFA">
      <w:pPr>
        <w:pBdr>
          <w:bottom w:val="single" w:sz="5" w:space="1" w:color="7A91A5"/>
        </w:pBdr>
        <w:spacing w:before="100"/>
      </w:pPr>
      <w:r>
        <w:rPr>
          <w:b/>
          <w:color w:val="1F364C"/>
          <w:sz w:val="20"/>
        </w:rPr>
        <w:t>VOCAL &amp; PERFORMANCE STRENGTHS</w:t>
      </w:r>
    </w:p>
    <w:p w14:paraId="05CDF674" w14:textId="77777777" w:rsidR="003C58B9" w:rsidRDefault="008B7EFA">
      <w:r>
        <w:t>Character-driven performance • Anime • Video games • Fantasy &amp; science fiction • Villains and antiheroes • Mentors and seasoned professionals • Mature masculine voices • Grounded, conversational delivery • Emotional range • Monster / creature concepts</w:t>
      </w:r>
    </w:p>
    <w:p w14:paraId="49747663" w14:textId="394B3162" w:rsidR="003C58B9" w:rsidRDefault="008B7EFA">
      <w:pPr>
        <w:spacing w:after="20"/>
      </w:pPr>
      <w:r>
        <w:rPr>
          <w:b/>
        </w:rPr>
        <w:t xml:space="preserve">Accents / styles: </w:t>
      </w:r>
      <w:r>
        <w:t>British, Spanish-influenced, and country styles</w:t>
      </w:r>
    </w:p>
    <w:p w14:paraId="13EEA14A" w14:textId="77777777" w:rsidR="003C58B9" w:rsidRDefault="008B7EFA">
      <w:pPr>
        <w:pBdr>
          <w:bottom w:val="single" w:sz="5" w:space="1" w:color="7A91A5"/>
        </w:pBdr>
        <w:spacing w:before="100"/>
      </w:pPr>
      <w:r>
        <w:rPr>
          <w:b/>
          <w:color w:val="1F364C"/>
          <w:sz w:val="20"/>
        </w:rPr>
        <w:t>HOME STUDIO &amp; RECORDING</w:t>
      </w:r>
    </w:p>
    <w:p w14:paraId="44AE47E2" w14:textId="77777777" w:rsidR="003C58B9" w:rsidRDefault="008B7EFA">
      <w:pPr>
        <w:ind w:left="173" w:hanging="173"/>
      </w:pPr>
      <w:r>
        <w:rPr>
          <w:b/>
        </w:rPr>
        <w:t xml:space="preserve">• </w:t>
      </w:r>
      <w:r>
        <w:t>RØDE NT1 Signature microphone with SM6 shock mount / pop-filter assembly</w:t>
      </w:r>
    </w:p>
    <w:p w14:paraId="6D088530" w14:textId="77777777" w:rsidR="003C58B9" w:rsidRDefault="008B7EFA">
      <w:pPr>
        <w:ind w:left="173" w:hanging="173"/>
      </w:pPr>
      <w:r>
        <w:rPr>
          <w:b/>
        </w:rPr>
        <w:t xml:space="preserve">• </w:t>
      </w:r>
      <w:r>
        <w:t>Focusrite Scarlett Solo (4th Gen) audio interface</w:t>
      </w:r>
    </w:p>
    <w:p w14:paraId="7AEA6557" w14:textId="77777777" w:rsidR="003C58B9" w:rsidRDefault="008B7EFA">
      <w:pPr>
        <w:ind w:left="173" w:hanging="173"/>
      </w:pPr>
      <w:r>
        <w:rPr>
          <w:b/>
        </w:rPr>
        <w:t xml:space="preserve">• </w:t>
      </w:r>
      <w:r>
        <w:t>Audio-Technica ATH-M50x headphones</w:t>
      </w:r>
    </w:p>
    <w:p w14:paraId="0D3EB1D2" w14:textId="77777777" w:rsidR="003C58B9" w:rsidRDefault="008B7EFA">
      <w:pPr>
        <w:ind w:left="173" w:hanging="173"/>
      </w:pPr>
      <w:r>
        <w:rPr>
          <w:b/>
        </w:rPr>
        <w:t xml:space="preserve">• </w:t>
      </w:r>
      <w:r>
        <w:t>Portable vocal booth; Audacity, OBS, and WavePad</w:t>
      </w:r>
    </w:p>
    <w:p w14:paraId="39387877" w14:textId="77777777" w:rsidR="003C58B9" w:rsidRDefault="008B7EFA">
      <w:pPr>
        <w:ind w:left="173" w:hanging="173"/>
      </w:pPr>
      <w:r>
        <w:rPr>
          <w:b/>
        </w:rPr>
        <w:t xml:space="preserve">• </w:t>
      </w:r>
      <w:r>
        <w:t>Remote recording and audition submissions; confirm final delivery specs per project</w:t>
      </w:r>
    </w:p>
    <w:p w14:paraId="46724964" w14:textId="77777777" w:rsidR="003C58B9" w:rsidRDefault="008B7EFA">
      <w:pPr>
        <w:pBdr>
          <w:bottom w:val="single" w:sz="5" w:space="1" w:color="7A91A5"/>
        </w:pBdr>
        <w:spacing w:before="100"/>
      </w:pPr>
      <w:r>
        <w:rPr>
          <w:b/>
          <w:color w:val="1F364C"/>
          <w:sz w:val="20"/>
        </w:rPr>
        <w:t>PROFESSIONAL MATERIALS</w:t>
      </w:r>
    </w:p>
    <w:p w14:paraId="5F4FE0E4" w14:textId="77777777" w:rsidR="006D45F4" w:rsidRDefault="008B7EFA">
      <w:r>
        <w:t>Character / anime demo: [</w:t>
      </w:r>
      <w:r w:rsidR="00476CD7">
        <w:t>In work with Shawn Gann</w:t>
      </w:r>
      <w:r>
        <w:t>]  |  Commercial demo: [</w:t>
      </w:r>
      <w:r w:rsidR="00476CD7">
        <w:t>In work with Shawn Gann</w:t>
      </w:r>
      <w:r>
        <w:t xml:space="preserve">]  |  </w:t>
      </w:r>
    </w:p>
    <w:p w14:paraId="29766B34" w14:textId="4B60E577" w:rsidR="003C58B9" w:rsidRDefault="00476CD7">
      <w:r>
        <w:t xml:space="preserve">Casting Call Club: </w:t>
      </w:r>
      <w:hyperlink r:id="rId6" w:history="1">
        <w:r w:rsidRPr="00EE26F5">
          <w:rPr>
            <w:rStyle w:val="Hyperlink"/>
          </w:rPr>
          <w:t>https://www.castingcall.club/m/jmoreno51</w:t>
        </w:r>
      </w:hyperlink>
      <w:r>
        <w:t xml:space="preserve"> |  Website:</w:t>
      </w:r>
      <w:r w:rsidR="006D45F4">
        <w:t xml:space="preserve"> </w:t>
      </w:r>
      <w:r w:rsidR="006D45F4" w:rsidRPr="006D45F4">
        <w:rPr>
          <w:b/>
          <w:bCs/>
        </w:rPr>
        <w:t>www.thejosemoreno.com</w:t>
      </w:r>
    </w:p>
    <w:p w14:paraId="3EFB769E" w14:textId="233DF71D" w:rsidR="003C58B9" w:rsidRDefault="003C58B9">
      <w:pPr>
        <w:spacing w:before="60" w:after="0"/>
      </w:pPr>
    </w:p>
    <w:sectPr w:rsidR="003C58B9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1004520">
    <w:abstractNumId w:val="8"/>
  </w:num>
  <w:num w:numId="2" w16cid:durableId="582953261">
    <w:abstractNumId w:val="6"/>
  </w:num>
  <w:num w:numId="3" w16cid:durableId="1187522407">
    <w:abstractNumId w:val="5"/>
  </w:num>
  <w:num w:numId="4" w16cid:durableId="1835409958">
    <w:abstractNumId w:val="4"/>
  </w:num>
  <w:num w:numId="5" w16cid:durableId="931209093">
    <w:abstractNumId w:val="7"/>
  </w:num>
  <w:num w:numId="6" w16cid:durableId="10380371">
    <w:abstractNumId w:val="3"/>
  </w:num>
  <w:num w:numId="7" w16cid:durableId="570429332">
    <w:abstractNumId w:val="2"/>
  </w:num>
  <w:num w:numId="8" w16cid:durableId="2084791993">
    <w:abstractNumId w:val="1"/>
  </w:num>
  <w:num w:numId="9" w16cid:durableId="988241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0543"/>
    <w:rsid w:val="0029639D"/>
    <w:rsid w:val="002B1EC3"/>
    <w:rsid w:val="00326F90"/>
    <w:rsid w:val="003C58B9"/>
    <w:rsid w:val="004272AD"/>
    <w:rsid w:val="00476CD7"/>
    <w:rsid w:val="006D45F4"/>
    <w:rsid w:val="00AA1D8D"/>
    <w:rsid w:val="00B47730"/>
    <w:rsid w:val="00B97AAD"/>
    <w:rsid w:val="00C34D4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627A79"/>
  <w14:defaultImageDpi w14:val="300"/>
  <w15:docId w15:val="{2EFDE3C5-91C7-4997-A6DF-656983334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color w:val="2D2D2D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76CD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6C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astingcall.club/m/jmoreno5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Jose Moreno</cp:lastModifiedBy>
  <cp:revision>2</cp:revision>
  <dcterms:created xsi:type="dcterms:W3CDTF">2026-11-06T03:20:00Z</dcterms:created>
  <dcterms:modified xsi:type="dcterms:W3CDTF">2026-11-06T03:20:00Z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2f8adafa01154a9243b03c8847ca3cd025ebfff2216cab8d16152dabed279a66</vt:lpwstr>
  </property>
  <property fmtid="{D5CDD505-2E9C-101B-9397-08002B2CF9AE}" pid="3" name="MSIP_Label_502bc7c3-f152-4da1-98bd-f7a1bebdf752_Enabled">
    <vt:lpwstr>true</vt:lpwstr>
  </property>
  <property fmtid="{D5CDD505-2E9C-101B-9397-08002B2CF9AE}" pid="4" name="MSIP_Label_502bc7c3-f152-4da1-98bd-f7a1bebdf752_SetDate">
    <vt:lpwstr>2026-11-05T20:20:07Z</vt:lpwstr>
  </property>
  <property fmtid="{D5CDD505-2E9C-101B-9397-08002B2CF9AE}" pid="5" name="MSIP_Label_502bc7c3-f152-4da1-98bd-f7a1bebdf752_Method">
    <vt:lpwstr>Privileged</vt:lpwstr>
  </property>
  <property fmtid="{D5CDD505-2E9C-101B-9397-08002B2CF9AE}" pid="6" name="MSIP_Label_502bc7c3-f152-4da1-98bd-f7a1bebdf752_Name">
    <vt:lpwstr>Unrestricted</vt:lpwstr>
  </property>
  <property fmtid="{D5CDD505-2E9C-101B-9397-08002B2CF9AE}" pid="7" name="MSIP_Label_502bc7c3-f152-4da1-98bd-f7a1bebdf752_SiteId">
    <vt:lpwstr>b18f006c-b0fc-467d-b23a-a35b5695b5dc</vt:lpwstr>
  </property>
  <property fmtid="{D5CDD505-2E9C-101B-9397-08002B2CF9AE}" pid="8" name="MSIP_Label_502bc7c3-f152-4da1-98bd-f7a1bebdf752_ActionId">
    <vt:lpwstr>0e9b89f5-a640-4406-b889-5277c7eda29f</vt:lpwstr>
  </property>
  <property fmtid="{D5CDD505-2E9C-101B-9397-08002B2CF9AE}" pid="9" name="MSIP_Label_502bc7c3-f152-4da1-98bd-f7a1bebdf752_ContentBits">
    <vt:lpwstr>0</vt:lpwstr>
  </property>
  <property fmtid="{D5CDD505-2E9C-101B-9397-08002B2CF9AE}" pid="10" name="MSIP_Label_502bc7c3-f152-4da1-98bd-f7a1bebdf752_Tag">
    <vt:lpwstr>10, 0, 1, 1</vt:lpwstr>
  </property>
</Properties>
</file>